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Чернобыльской зоне бушуют лесные пожары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2020-04-14</w:t>
      </w:r>
    </w:p>
    <w:p>
      <w:pPr/>
    </w:p>
    <w:p>
      <w:r/>
      <w:r>
        <w:br/>
      </w:r>
      <w:r>
        <w:br/>
      </w:r>
      <w:r>
        <w:br/>
      </w:r>
      <w:r/>
    </w:p>
    <w:p>
      <w:r>
        <w:rPr>
          <w:i/>
        </w:rPr>
        <w:t>«Чернобыльская зона была не готова к масштабному пожару. Некоторые очаги возгорания в зоне отчуждения расположены в таких местах, где нет подъезда, а соответственно и возможности подвезти технику. На развитие необходимой противопожарной инфраструктуры понадобится несколько лет, но мы должны осуществлять первоочередные меры уже сегодня, потому что впереди сезон опасной жары»</w:t>
      </w:r>
      <w:r/>
    </w:p>
    <w:p>
      <w:r>
        <w:rPr>
          <w:i/>
        </w:rPr>
        <w:t>и.о. руководителя Госагенства по управлению Зоной Екатерина Павлова</w:t>
      </w:r>
    </w:p>
    <w:p>
      <w:r>
        <w:t xml:space="preserve"> 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politsturm.com/v-chernobylskoj-zone-bushuyut-lesnye-pozha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