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Президент ТПП Украины Геннадий Чижиков о рынке труда и безработице в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rPr>
          <w:i/>
        </w:rPr>
        <w:t xml:space="preserve">«По нашим оценкам, порядка </w:t>
      </w:r>
      <w:r>
        <w:rPr>
          <w:b/>
          <w:i/>
        </w:rPr>
        <w:t>600 тыс. предпринимателей</w:t>
      </w:r>
      <w:r>
        <w:rPr>
          <w:i/>
        </w:rPr>
        <w:t xml:space="preserve"> остановили свою деятельность. Если исходить из методики МОЗ, в нашей стране порядка </w:t>
      </w:r>
      <w:r>
        <w:rPr>
          <w:b/>
          <w:i/>
        </w:rPr>
        <w:t>1,5 млн безработных</w:t>
      </w:r>
      <w:r>
        <w:rPr>
          <w:i/>
        </w:rPr>
        <w:t xml:space="preserve">. Но мы забываем о том, что в нашей стране есть так называемая «неформальная» экономика, где порядка </w:t>
      </w:r>
      <w:r>
        <w:rPr>
          <w:b/>
          <w:i/>
        </w:rPr>
        <w:t>3,5 млн человек</w:t>
      </w:r>
      <w:r>
        <w:rPr>
          <w:i/>
        </w:rPr>
        <w:t xml:space="preserve">. Так вот, порядка полумиллиона человек тоже приостановили свою деятельность. </w:t>
      </w:r>
    </w:p>
    <w:p>
      <w:r>
        <w:rPr>
          <w:i/>
        </w:rPr>
        <w:t xml:space="preserve">По нашим оценкам, больше </w:t>
      </w:r>
      <w:r>
        <w:rPr>
          <w:b/>
          <w:i/>
        </w:rPr>
        <w:t>2 млн человек</w:t>
      </w:r>
      <w:r>
        <w:rPr>
          <w:i/>
        </w:rPr>
        <w:t xml:space="preserve"> испытывают трудности с работой. </w:t>
      </w:r>
      <w:r>
        <w:rPr>
          <w:i/>
        </w:rPr>
        <w:t xml:space="preserve">Мы изучили сайты, связанные с трудоустройством. Если до карантина там главными фигурантами были молодые люди, которые ищут свое первое рабочее место, то сейчас тенденция смещается. Там больше людей, которым </w:t>
      </w:r>
      <w:r>
        <w:rPr>
          <w:b/>
          <w:i/>
        </w:rPr>
        <w:t>28-40 с лишним лет</w:t>
      </w:r>
      <w:r>
        <w:rPr>
          <w:i/>
        </w:rPr>
        <w:t>»</w:t>
      </w:r>
      <w:r/>
    </w:p>
    <w:p>
      <w:r>
        <w:t>президент Торгово-промышленной палаты Украины</w:t>
      </w:r>
    </w:p>
    <w:p>
      <w:r>
        <w:t>Геннадий Чижиков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prezident-tpp-ukrainy-gennadij-chizhikov-o-rynke-truda-i-bezrabotice-v-ukra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