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 дню независимости Украины...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rPr>
          <w:b/>
        </w:rPr>
        <w:t>Сегодня в Украине отмечается день независимости, но что это за независимость?</w:t>
      </w:r>
      <w:r/>
    </w:p>
    <w:p>
      <w:r>
        <w:t>Независимость, за которую трясется в своей пропаганде правящий в Украине класс капиталистов, является фиговым листом. Стараниями олигархов и их обслуги страна превратилась в рынок сбыта для передовых капиталистических государств, в источник дешевой рабочей силы и природных ресурсов.</w:t>
      </w:r>
    </w:p>
    <w:p>
      <w:r>
        <w:t>Однако наш правящий класс также желает удержать власть в своих руках, а значит и возможность ограблять миллионы украинцев.</w:t>
      </w:r>
    </w:p>
    <w:p>
      <w:r>
        <w:t>Чтобы затушевать это, нашими олигархами были взяты на вооружение патриотизм и национализм. Тот самый буржуазно-демократический национализм, на словах признающий равноправие наций. На деле мы видим лишь стремление обособиться и замкнуться в рамках своей национальной скорлупы, стремлении затушевать классовые противоречия внутри своей нации. Толкуя больше всего о «национальной культуре», подчеркивая то, что разделяет одну нацию от другой, класс капиталистов разделяет рабочих разных наций и одурачивает их «национальными лозунгами».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ko-dnyu-nezavisimosti-ukrai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